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563B" w14:textId="295FB6A0" w:rsidR="004D4A4E" w:rsidRPr="000A2A89" w:rsidRDefault="00641CCF">
      <w:pPr>
        <w:pStyle w:val="Ttulo1"/>
        <w:rPr>
          <w:rFonts w:cstheme="majorHAnsi"/>
          <w:sz w:val="24"/>
          <w:szCs w:val="24"/>
          <w:lang w:val="es-C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5208F9" wp14:editId="0126EAB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76400" cy="905257"/>
            <wp:effectExtent l="0" t="0" r="0" b="9525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0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20FB7" w14:textId="77777777" w:rsidR="004D4A4E" w:rsidRPr="000A2A89" w:rsidRDefault="004D4A4E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7141CA1A" w14:textId="46A609FA" w:rsidR="004D4A4E" w:rsidRPr="000A2A89" w:rsidRDefault="008D1EF9" w:rsidP="008D1EF9">
      <w:pPr>
        <w:jc w:val="right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Santiago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>, XX de XXXX de 202</w:t>
      </w:r>
      <w:r w:rsidR="00641CCF">
        <w:rPr>
          <w:rFonts w:asciiTheme="majorHAnsi" w:hAnsiTheme="majorHAnsi" w:cstheme="majorHAnsi"/>
          <w:sz w:val="24"/>
          <w:szCs w:val="24"/>
          <w:lang w:val="es-CL"/>
        </w:rPr>
        <w:t>6</w:t>
      </w:r>
    </w:p>
    <w:p w14:paraId="03F33392" w14:textId="77777777" w:rsidR="004D4A4E" w:rsidRPr="000A2A89" w:rsidRDefault="004D4A4E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28572860" w14:textId="77777777" w:rsidR="00E93F04" w:rsidRPr="000A2A89" w:rsidRDefault="00E93F04" w:rsidP="00E93F0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L"/>
        </w:rPr>
      </w:pPr>
      <w:r>
        <w:rPr>
          <w:rFonts w:asciiTheme="majorHAnsi" w:hAnsiTheme="majorHAnsi" w:cstheme="majorHAnsi"/>
          <w:sz w:val="24"/>
          <w:szCs w:val="24"/>
          <w:lang w:val="es-CL"/>
        </w:rPr>
        <w:t>Sr. Renan Orellana Walden</w:t>
      </w:r>
    </w:p>
    <w:p w14:paraId="32B4BBB9" w14:textId="77777777" w:rsidR="00E93F04" w:rsidRPr="000A2A89" w:rsidRDefault="00E93F04" w:rsidP="00E93F0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L"/>
        </w:rPr>
      </w:pPr>
      <w:r>
        <w:rPr>
          <w:rFonts w:asciiTheme="majorHAnsi" w:hAnsiTheme="majorHAnsi" w:cstheme="majorHAnsi"/>
          <w:sz w:val="24"/>
          <w:szCs w:val="24"/>
          <w:lang w:val="es-CL"/>
        </w:rPr>
        <w:t>Director de Internacionalización</w:t>
      </w:r>
    </w:p>
    <w:p w14:paraId="5A9281AC" w14:textId="77777777" w:rsidR="00E93F04" w:rsidRPr="000A2A89" w:rsidRDefault="00E93F04" w:rsidP="00E93F0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Universidad Bernardo O’Higgins</w:t>
      </w:r>
    </w:p>
    <w:p w14:paraId="418578AE" w14:textId="77777777" w:rsidR="00E93F04" w:rsidRPr="000A2A89" w:rsidRDefault="00E93F04" w:rsidP="00E93F04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Presente</w:t>
      </w:r>
    </w:p>
    <w:p w14:paraId="4299FE21" w14:textId="77777777" w:rsidR="004D4A4E" w:rsidRPr="000A2A89" w:rsidRDefault="004D4A4E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2A3577EA" w14:textId="77777777" w:rsidR="00F96B00" w:rsidRPr="000A2A89" w:rsidRDefault="00F96B00" w:rsidP="00F96B00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>
        <w:rPr>
          <w:rFonts w:asciiTheme="majorHAnsi" w:hAnsiTheme="majorHAnsi" w:cstheme="majorHAnsi"/>
          <w:sz w:val="24"/>
          <w:szCs w:val="24"/>
          <w:lang w:val="es-CL"/>
        </w:rPr>
        <w:t xml:space="preserve">Estimado </w:t>
      </w:r>
      <w:proofErr w:type="gramStart"/>
      <w:r>
        <w:rPr>
          <w:rFonts w:asciiTheme="majorHAnsi" w:hAnsiTheme="majorHAnsi" w:cstheme="majorHAnsi"/>
          <w:sz w:val="24"/>
          <w:szCs w:val="24"/>
          <w:lang w:val="es-CL"/>
        </w:rPr>
        <w:t>Director</w:t>
      </w:r>
      <w:proofErr w:type="gramEnd"/>
      <w:r>
        <w:rPr>
          <w:rFonts w:asciiTheme="majorHAnsi" w:hAnsiTheme="majorHAnsi" w:cstheme="majorHAnsi"/>
          <w:sz w:val="24"/>
          <w:szCs w:val="24"/>
          <w:lang w:val="es-CL"/>
        </w:rPr>
        <w:t>,</w:t>
      </w:r>
    </w:p>
    <w:p w14:paraId="7B03FEED" w14:textId="60460E3E" w:rsidR="004D4A4E" w:rsidRPr="000A2A89" w:rsidRDefault="00F96B00" w:rsidP="00F96B00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Junto con saludar cordialmente, me dirijo a usted en mi calidad de </w:t>
      </w:r>
      <w:r w:rsidRPr="00C84CF9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XXX(cargo)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de la </w:t>
      </w:r>
      <w:r w:rsidRPr="00C84CF9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XXX(Unidad/Facultad) de XXXXXXX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de la Universidad Bernardo O’Higgins, con el propósito de manifestar formalmente el respaldo y la autorización de esta Facultad a la candidatura de  </w:t>
      </w:r>
      <w:r w:rsidRPr="00C84CF9">
        <w:rPr>
          <w:rFonts w:asciiTheme="majorHAnsi" w:hAnsiTheme="majorHAnsi" w:cstheme="majorHAnsi"/>
          <w:sz w:val="24"/>
          <w:szCs w:val="24"/>
          <w:highlight w:val="yellow"/>
          <w:lang w:val="es-CL"/>
        </w:rPr>
        <w:t xml:space="preserve">(Nombre completo de la persona candidata) </w:t>
      </w:r>
      <w:r w:rsidR="008D1EF9" w:rsidRPr="000A2A89">
        <w:rPr>
          <w:rFonts w:asciiTheme="majorHAnsi" w:hAnsiTheme="majorHAnsi" w:cstheme="majorHAnsi"/>
          <w:sz w:val="24"/>
          <w:szCs w:val="24"/>
          <w:lang w:val="es-CL"/>
        </w:rPr>
        <w:t>académica/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>o</w:t>
      </w:r>
      <w:r w:rsidR="008D1EF9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de planta, 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de la carrera </w:t>
      </w:r>
      <w:r w:rsidR="005A10CF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(XXXXX)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  <w:r w:rsidR="008D1EF9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quien se encuentra invitada/o por </w:t>
      </w:r>
      <w:r w:rsidR="009D2D73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 xml:space="preserve">XXXXX </w:t>
      </w:r>
      <w:r w:rsidR="008D1EF9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(indicar el nombre de la Universidad o Centro en España)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para realizar su</w:t>
      </w:r>
      <w:r w:rsidR="009D2D73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</w:t>
      </w:r>
      <w:r w:rsidR="009D2D73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XXXXX</w:t>
      </w:r>
      <w:r w:rsidR="005A10CF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 xml:space="preserve"> (</w:t>
      </w:r>
      <w:r w:rsidR="00E247AB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indicar la actividad</w:t>
      </w:r>
      <w:r w:rsidR="005A10CF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)</w:t>
      </w:r>
      <w:r w:rsidR="00E247AB">
        <w:rPr>
          <w:rFonts w:asciiTheme="majorHAnsi" w:hAnsiTheme="majorHAnsi" w:cstheme="majorHAnsi"/>
          <w:sz w:val="24"/>
          <w:szCs w:val="24"/>
          <w:lang w:val="es-CL"/>
        </w:rPr>
        <w:t xml:space="preserve"> en el marco del programa de becas de la </w:t>
      </w:r>
      <w:r w:rsidR="00E247AB" w:rsidRPr="00F96B00">
        <w:rPr>
          <w:rFonts w:asciiTheme="majorHAnsi" w:hAnsiTheme="majorHAnsi" w:cstheme="majorHAnsi"/>
          <w:sz w:val="24"/>
          <w:szCs w:val="24"/>
          <w:lang w:val="es-CL"/>
        </w:rPr>
        <w:t xml:space="preserve">AUIP </w:t>
      </w:r>
      <w:r w:rsidR="00E247AB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XXXX (mencionar el programa en específico: Magallanes o Universidades Andaluzas)</w:t>
      </w:r>
      <w:r w:rsidR="005A10CF" w:rsidRPr="00F96B00">
        <w:rPr>
          <w:rFonts w:asciiTheme="majorHAnsi" w:hAnsiTheme="majorHAnsi" w:cstheme="majorHAnsi"/>
          <w:sz w:val="24"/>
          <w:szCs w:val="24"/>
          <w:highlight w:val="yellow"/>
          <w:lang w:val="es-CL"/>
        </w:rPr>
        <w:t>.</w:t>
      </w:r>
    </w:p>
    <w:p w14:paraId="7ED66EC3" w14:textId="77777777" w:rsidR="00E247AB" w:rsidRDefault="00E247AB" w:rsidP="006B074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</w:p>
    <w:p w14:paraId="10E69746" w14:textId="16636996" w:rsidR="004D4A4E" w:rsidRPr="000A2A89" w:rsidRDefault="009D2D73" w:rsidP="006B074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La Facultad ha revisado </w:t>
      </w:r>
      <w:r w:rsidR="001C768D" w:rsidRPr="000A2A89">
        <w:rPr>
          <w:rFonts w:asciiTheme="majorHAnsi" w:hAnsiTheme="majorHAnsi" w:cstheme="majorHAnsi"/>
          <w:sz w:val="24"/>
          <w:szCs w:val="24"/>
          <w:lang w:val="es-CL"/>
        </w:rPr>
        <w:t>la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candidatura y plan de </w:t>
      </w:r>
      <w:r w:rsidR="00E247AB">
        <w:rPr>
          <w:rFonts w:asciiTheme="majorHAnsi" w:hAnsiTheme="majorHAnsi" w:cstheme="majorHAnsi"/>
          <w:sz w:val="24"/>
          <w:szCs w:val="24"/>
          <w:lang w:val="es-CL"/>
        </w:rPr>
        <w:t xml:space="preserve">actividades 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propuesto, por cuanto su postulación queda respaldada al confirmar 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>que lo pr</w:t>
      </w:r>
      <w:r w:rsidR="001C768D" w:rsidRPr="000A2A89">
        <w:rPr>
          <w:rFonts w:asciiTheme="majorHAnsi" w:hAnsiTheme="majorHAnsi" w:cstheme="majorHAnsi"/>
          <w:sz w:val="24"/>
          <w:szCs w:val="24"/>
          <w:lang w:val="es-CL"/>
        </w:rPr>
        <w:t>esentado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se 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>encuentra alinead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>o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con los objetivos </w:t>
      </w:r>
      <w:r w:rsidR="001C768D" w:rsidRPr="000A2A89">
        <w:rPr>
          <w:rFonts w:asciiTheme="majorHAnsi" w:hAnsiTheme="majorHAnsi" w:cstheme="majorHAnsi"/>
          <w:sz w:val="24"/>
          <w:szCs w:val="24"/>
          <w:lang w:val="es-CL"/>
        </w:rPr>
        <w:t>de la Facultad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>, el plan de desarrollo instituciona</w:t>
      </w:r>
      <w:r w:rsidR="001C768D" w:rsidRPr="000A2A89">
        <w:rPr>
          <w:rFonts w:asciiTheme="majorHAnsi" w:hAnsiTheme="majorHAnsi" w:cstheme="majorHAnsi"/>
          <w:sz w:val="24"/>
          <w:szCs w:val="24"/>
          <w:lang w:val="es-CL"/>
        </w:rPr>
        <w:t>l y modelo educativo,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contribuyendo al fortalecimiento de la docencia, la investigación y/o la vinculación con el medio.</w:t>
      </w:r>
    </w:p>
    <w:p w14:paraId="67242D13" w14:textId="77777777" w:rsidR="005A10CF" w:rsidRPr="000A2A89" w:rsidRDefault="0065018E" w:rsidP="006B074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Asimismo, 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en caso de ser seleccionada/o 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>se deja constancia de que esta Facultad se compromete a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>:</w:t>
      </w:r>
    </w:p>
    <w:p w14:paraId="78EE0D8F" w14:textId="77777777" w:rsidR="001C768D" w:rsidRPr="000A2A89" w:rsidRDefault="005A10CF" w:rsidP="006B074A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A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>doptar las medidas administrativas y académicas necesarias para</w:t>
      </w:r>
      <w:r w:rsidR="001C768D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proveer el remplazo necesario y cumplir con los compromisos académicos de la/el docente.</w:t>
      </w:r>
    </w:p>
    <w:p w14:paraId="69473E54" w14:textId="751FD86C" w:rsidR="005A10CF" w:rsidRDefault="001C768D" w:rsidP="006B074A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A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segurar la continuidad 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contractual y 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de 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>sus</w:t>
      </w:r>
      <w:r w:rsidR="0065018E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funciones </w:t>
      </w:r>
      <w:r w:rsidR="005A10CF" w:rsidRPr="000A2A89">
        <w:rPr>
          <w:rFonts w:asciiTheme="majorHAnsi" w:hAnsiTheme="majorHAnsi" w:cstheme="majorHAnsi"/>
          <w:sz w:val="24"/>
          <w:szCs w:val="24"/>
          <w:lang w:val="es-CL"/>
        </w:rPr>
        <w:t>al finalizar</w:t>
      </w:r>
      <w:r w:rsidR="009D2D73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su </w:t>
      </w:r>
      <w:r w:rsidR="00E247AB">
        <w:rPr>
          <w:rFonts w:asciiTheme="majorHAnsi" w:hAnsiTheme="majorHAnsi" w:cstheme="majorHAnsi"/>
          <w:sz w:val="24"/>
          <w:szCs w:val="24"/>
          <w:lang w:val="es-CL"/>
        </w:rPr>
        <w:t>estancia.</w:t>
      </w:r>
    </w:p>
    <w:p w14:paraId="61BEA76F" w14:textId="24817C29" w:rsidR="00055B4F" w:rsidRPr="000A2A89" w:rsidRDefault="00055B4F" w:rsidP="006B074A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>
        <w:rPr>
          <w:rFonts w:asciiTheme="majorHAnsi" w:hAnsiTheme="majorHAnsi" w:cstheme="majorHAnsi"/>
          <w:sz w:val="24"/>
          <w:szCs w:val="24"/>
          <w:lang w:val="es-CL"/>
        </w:rPr>
        <w:t>Garantizar que la persona tiene el financiamiento para cubrir los gastos de alojamiento, alimentación, traslados internos y seguro médico internacional (financiamiento propio o institucional, en este último caso debe indicar el centro de costo y cuenta contable).</w:t>
      </w:r>
    </w:p>
    <w:p w14:paraId="0F798D96" w14:textId="1F06A74C" w:rsidR="004D4A4E" w:rsidRPr="000A2A89" w:rsidRDefault="0065018E" w:rsidP="006B074A">
      <w:pPr>
        <w:jc w:val="both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lastRenderedPageBreak/>
        <w:t xml:space="preserve">La presente carta se extiende para los fines </w:t>
      </w:r>
      <w:r w:rsidR="008D5117">
        <w:rPr>
          <w:rFonts w:asciiTheme="majorHAnsi" w:hAnsiTheme="majorHAnsi" w:cstheme="majorHAnsi"/>
          <w:sz w:val="24"/>
          <w:szCs w:val="24"/>
          <w:lang w:val="es-CL"/>
        </w:rPr>
        <w:t>que se estimen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pertinentes, en particular para respaldar </w:t>
      </w:r>
      <w:r w:rsidR="008D5117">
        <w:rPr>
          <w:rFonts w:asciiTheme="majorHAnsi" w:hAnsiTheme="majorHAnsi" w:cstheme="majorHAnsi"/>
          <w:sz w:val="24"/>
          <w:szCs w:val="24"/>
          <w:lang w:val="es-CL"/>
        </w:rPr>
        <w:t>esta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postulación al proceso </w:t>
      </w:r>
      <w:r w:rsidR="006B074A">
        <w:rPr>
          <w:rFonts w:asciiTheme="majorHAnsi" w:hAnsiTheme="majorHAnsi" w:cstheme="majorHAnsi"/>
          <w:sz w:val="24"/>
          <w:szCs w:val="24"/>
          <w:lang w:val="es-CL"/>
        </w:rPr>
        <w:t>y</w:t>
      </w:r>
      <w:r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convocatoria correspondiente.</w:t>
      </w:r>
    </w:p>
    <w:p w14:paraId="45396C5D" w14:textId="77777777" w:rsidR="004D4A4E" w:rsidRPr="000A2A89" w:rsidRDefault="004D4A4E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46FF0074" w14:textId="02BC4850" w:rsidR="004D4A4E" w:rsidRPr="000A2A89" w:rsidRDefault="001C768D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Atentamente,</w:t>
      </w:r>
    </w:p>
    <w:p w14:paraId="3FC145B8" w14:textId="77777777" w:rsidR="004D4A4E" w:rsidRPr="000A2A89" w:rsidRDefault="004D4A4E">
      <w:pPr>
        <w:rPr>
          <w:rFonts w:asciiTheme="majorHAnsi" w:hAnsiTheme="majorHAnsi" w:cstheme="majorHAnsi"/>
          <w:sz w:val="24"/>
          <w:szCs w:val="24"/>
          <w:lang w:val="es-CL"/>
        </w:rPr>
      </w:pPr>
    </w:p>
    <w:p w14:paraId="749C8D0A" w14:textId="77777777" w:rsidR="004D4A4E" w:rsidRPr="000A2A89" w:rsidRDefault="0065018E">
      <w:pPr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_____________________________________</w:t>
      </w:r>
    </w:p>
    <w:p w14:paraId="2E869FD2" w14:textId="1230AECE" w:rsidR="001C768D" w:rsidRPr="000A2A89" w:rsidRDefault="001C768D" w:rsidP="0065018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Nombre completo</w:t>
      </w:r>
    </w:p>
    <w:p w14:paraId="53721C51" w14:textId="77777777" w:rsidR="0065018E" w:rsidRPr="000A2A89" w:rsidRDefault="0065018E" w:rsidP="0065018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(Cargo)</w:t>
      </w:r>
    </w:p>
    <w:p w14:paraId="7DAE13B4" w14:textId="7A53FB60" w:rsidR="001C768D" w:rsidRPr="000A2A89" w:rsidRDefault="0065018E" w:rsidP="0065018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L"/>
        </w:rPr>
      </w:pPr>
      <w:r w:rsidRPr="000A2A89">
        <w:rPr>
          <w:rFonts w:asciiTheme="majorHAnsi" w:hAnsiTheme="majorHAnsi" w:cstheme="majorHAnsi"/>
          <w:sz w:val="24"/>
          <w:szCs w:val="24"/>
          <w:lang w:val="es-CL"/>
        </w:rPr>
        <w:t>(Unidad/</w:t>
      </w:r>
      <w:proofErr w:type="gramStart"/>
      <w:r w:rsidRPr="000A2A89">
        <w:rPr>
          <w:rFonts w:asciiTheme="majorHAnsi" w:hAnsiTheme="majorHAnsi" w:cstheme="majorHAnsi"/>
          <w:sz w:val="24"/>
          <w:szCs w:val="24"/>
          <w:lang w:val="es-CL"/>
        </w:rPr>
        <w:t>Facultad</w:t>
      </w:r>
      <w:r w:rsidR="001C768D" w:rsidRPr="000A2A89">
        <w:rPr>
          <w:rFonts w:asciiTheme="majorHAnsi" w:hAnsiTheme="majorHAnsi" w:cstheme="majorHAnsi"/>
          <w:sz w:val="24"/>
          <w:szCs w:val="24"/>
          <w:lang w:val="es-CL"/>
        </w:rPr>
        <w:t xml:space="preserve">  XXXXXXXX</w:t>
      </w:r>
      <w:proofErr w:type="gramEnd"/>
      <w:r w:rsidRPr="000A2A89">
        <w:rPr>
          <w:rFonts w:asciiTheme="majorHAnsi" w:hAnsiTheme="majorHAnsi" w:cstheme="majorHAnsi"/>
          <w:sz w:val="24"/>
          <w:szCs w:val="24"/>
          <w:lang w:val="es-CL"/>
        </w:rPr>
        <w:t>)</w:t>
      </w:r>
    </w:p>
    <w:p w14:paraId="7D1B3440" w14:textId="77777777" w:rsidR="004D4A4E" w:rsidRPr="000A2A89" w:rsidRDefault="004D4A4E">
      <w:pPr>
        <w:rPr>
          <w:rFonts w:asciiTheme="majorHAnsi" w:hAnsiTheme="majorHAnsi" w:cstheme="majorHAnsi"/>
          <w:sz w:val="24"/>
          <w:szCs w:val="24"/>
          <w:lang w:val="es-CL"/>
        </w:rPr>
      </w:pPr>
    </w:p>
    <w:sectPr w:rsidR="004D4A4E" w:rsidRPr="000A2A89" w:rsidSect="00034616"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F29DF" w14:textId="77777777" w:rsidR="003F02A1" w:rsidRDefault="003F02A1" w:rsidP="001C768D">
      <w:pPr>
        <w:spacing w:after="0" w:line="240" w:lineRule="auto"/>
      </w:pPr>
      <w:r>
        <w:separator/>
      </w:r>
    </w:p>
  </w:endnote>
  <w:endnote w:type="continuationSeparator" w:id="0">
    <w:p w14:paraId="64840EFC" w14:textId="77777777" w:rsidR="003F02A1" w:rsidRDefault="003F02A1" w:rsidP="001C7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wiss 721 Condensed BT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7220C" w14:textId="0FE9CEB4" w:rsidR="001C768D" w:rsidRPr="00641CCF" w:rsidRDefault="001C768D" w:rsidP="0065018E">
    <w:pPr>
      <w:ind w:right="-1283"/>
      <w:jc w:val="right"/>
      <w:rPr>
        <w:lang w:val="es-CL"/>
      </w:rPr>
    </w:pPr>
    <w:r w:rsidRPr="0065018E">
      <w:rPr>
        <w:rFonts w:ascii="Swiss 721 Condensed BT" w:hAnsi="Swiss 721 Condensed BT"/>
        <w:noProof/>
        <w:color w:val="003C58"/>
        <w:sz w:val="16"/>
      </w:rPr>
      <mc:AlternateContent>
        <mc:Choice Requires="wps">
          <w:drawing>
            <wp:anchor distT="0" distB="0" distL="114293" distR="114293" simplePos="0" relativeHeight="251658240" behindDoc="0" locked="0" layoutInCell="1" allowOverlap="1" wp14:anchorId="18465392" wp14:editId="7643162E">
              <wp:simplePos x="0" y="0"/>
              <wp:positionH relativeFrom="column">
                <wp:posOffset>-882109</wp:posOffset>
              </wp:positionH>
              <wp:positionV relativeFrom="paragraph">
                <wp:posOffset>-113746</wp:posOffset>
              </wp:positionV>
              <wp:extent cx="7283450" cy="16510"/>
              <wp:effectExtent l="0" t="0" r="31750" b="21590"/>
              <wp:wrapNone/>
              <wp:docPr id="1102472053" name="Straight Connector 11024720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83450" cy="1651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3447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C9C000" id="Straight Connector 1102472053" o:spid="_x0000_s1026" style="position:absolute;z-index:251658240;visibility:visible;mso-wrap-style:square;mso-width-percent:0;mso-height-percent:0;mso-wrap-distance-left:3.17481mm;mso-wrap-distance-top:0;mso-wrap-distance-right:3.17481mm;mso-wrap-distance-bottom:0;mso-position-horizontal:absolute;mso-position-horizontal-relative:text;mso-position-vertical:absolute;mso-position-vertical-relative:text;mso-width-percent:0;mso-height-percent:0;mso-width-relative:page;mso-height-relative:page" from="-69.45pt,-8.95pt" to="504.05pt,-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" strokecolor="#03447c">
              <o:lock v:ext="edit" shapetype="f"/>
            </v:line>
          </w:pict>
        </mc:Fallback>
      </mc:AlternateContent>
    </w:r>
    <w:r w:rsidRPr="00641CCF">
      <w:rPr>
        <w:rFonts w:ascii="Swiss 721 Condensed BT" w:hAnsi="Swiss 721 Condensed BT"/>
        <w:color w:val="003C58"/>
        <w:sz w:val="16"/>
        <w:lang w:val="es-CL"/>
      </w:rPr>
      <w:t xml:space="preserve">Universidad Bernardo O’Higgins </w:t>
    </w:r>
    <w:r w:rsidRPr="00A36FC0">
      <w:rPr>
        <w:rFonts w:ascii="Symbol" w:eastAsia="Symbol" w:hAnsi="Symbol" w:cs="Symbol"/>
        <w:color w:val="003C58"/>
        <w:sz w:val="16"/>
      </w:rPr>
      <w:t>½</w:t>
    </w:r>
    <w:r w:rsidRPr="00641CCF">
      <w:rPr>
        <w:rFonts w:ascii="Swiss 721 Condensed BT" w:hAnsi="Swiss 721 Condensed BT"/>
        <w:color w:val="003C58"/>
        <w:sz w:val="16"/>
        <w:lang w:val="es-CL"/>
      </w:rPr>
      <w:t xml:space="preserve"> </w:t>
    </w:r>
    <w:r w:rsidR="00031D70" w:rsidRPr="00641CCF">
      <w:rPr>
        <w:rFonts w:ascii="Swiss 721 Condensed BT" w:hAnsi="Swiss 721 Condensed BT"/>
        <w:color w:val="003C58"/>
        <w:sz w:val="16"/>
        <w:lang w:val="es-CL"/>
      </w:rPr>
      <w:t xml:space="preserve">Dirección </w:t>
    </w:r>
    <w:r w:rsidR="00031D70">
      <w:rPr>
        <w:rFonts w:ascii="Swiss 721 Condensed BT" w:hAnsi="Swiss 721 Condensed BT"/>
        <w:color w:val="003C58"/>
        <w:sz w:val="16"/>
        <w:lang w:val="es-CL"/>
      </w:rPr>
      <w:t>de Internacionalización</w:t>
    </w:r>
    <w:r w:rsidR="00031D70" w:rsidRPr="00641CCF">
      <w:rPr>
        <w:rFonts w:ascii="Swiss 721 Condensed BT" w:hAnsi="Swiss 721 Condensed BT"/>
        <w:color w:val="003C58"/>
        <w:sz w:val="16"/>
        <w:lang w:val="es-CL"/>
      </w:rPr>
      <w:t xml:space="preserve"> </w:t>
    </w:r>
    <w:r w:rsidRPr="00A36FC0">
      <w:rPr>
        <w:rFonts w:ascii="Symbol" w:eastAsia="Symbol" w:hAnsi="Symbol" w:cs="Symbol"/>
        <w:color w:val="003C58"/>
        <w:sz w:val="16"/>
      </w:rPr>
      <w:t>½</w:t>
    </w:r>
    <w:r w:rsidRPr="00641CCF">
      <w:rPr>
        <w:rFonts w:ascii="Swiss 721 Condensed BT" w:hAnsi="Swiss 721 Condensed BT"/>
        <w:color w:val="003C58"/>
        <w:sz w:val="16"/>
        <w:lang w:val="es-CL"/>
      </w:rPr>
      <w:t xml:space="preserve"> </w:t>
    </w:r>
    <w:r w:rsidR="0065018E" w:rsidRPr="00641CCF">
      <w:rPr>
        <w:rFonts w:ascii="Swiss 721 Condensed BT" w:hAnsi="Swiss 721 Condensed BT"/>
        <w:color w:val="003C58"/>
        <w:sz w:val="16"/>
        <w:lang w:val="es-CL"/>
      </w:rPr>
      <w:t>www.ubo.cl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0FD93" w14:textId="77777777" w:rsidR="003F02A1" w:rsidRDefault="003F02A1" w:rsidP="001C768D">
      <w:pPr>
        <w:spacing w:after="0" w:line="240" w:lineRule="auto"/>
      </w:pPr>
      <w:r>
        <w:separator/>
      </w:r>
    </w:p>
  </w:footnote>
  <w:footnote w:type="continuationSeparator" w:id="0">
    <w:p w14:paraId="35F19DB8" w14:textId="77777777" w:rsidR="003F02A1" w:rsidRDefault="003F02A1" w:rsidP="001C7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6B0008"/>
    <w:multiLevelType w:val="hybridMultilevel"/>
    <w:tmpl w:val="C1F6A46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911875">
    <w:abstractNumId w:val="8"/>
  </w:num>
  <w:num w:numId="2" w16cid:durableId="1559394453">
    <w:abstractNumId w:val="6"/>
  </w:num>
  <w:num w:numId="3" w16cid:durableId="180168310">
    <w:abstractNumId w:val="5"/>
  </w:num>
  <w:num w:numId="4" w16cid:durableId="117918598">
    <w:abstractNumId w:val="4"/>
  </w:num>
  <w:num w:numId="5" w16cid:durableId="1885288801">
    <w:abstractNumId w:val="7"/>
  </w:num>
  <w:num w:numId="6" w16cid:durableId="813833656">
    <w:abstractNumId w:val="3"/>
  </w:num>
  <w:num w:numId="7" w16cid:durableId="1832596543">
    <w:abstractNumId w:val="2"/>
  </w:num>
  <w:num w:numId="8" w16cid:durableId="187182626">
    <w:abstractNumId w:val="1"/>
  </w:num>
  <w:num w:numId="9" w16cid:durableId="1856992253">
    <w:abstractNumId w:val="0"/>
  </w:num>
  <w:num w:numId="10" w16cid:durableId="3772452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D70"/>
    <w:rsid w:val="00034616"/>
    <w:rsid w:val="00055B4F"/>
    <w:rsid w:val="0006063C"/>
    <w:rsid w:val="000A2A89"/>
    <w:rsid w:val="0015074B"/>
    <w:rsid w:val="001C768D"/>
    <w:rsid w:val="0029639D"/>
    <w:rsid w:val="00326F90"/>
    <w:rsid w:val="003F02A1"/>
    <w:rsid w:val="004D4A4E"/>
    <w:rsid w:val="005A10CF"/>
    <w:rsid w:val="006400F9"/>
    <w:rsid w:val="00641CCF"/>
    <w:rsid w:val="0065018E"/>
    <w:rsid w:val="006B074A"/>
    <w:rsid w:val="008D1EF9"/>
    <w:rsid w:val="008D5117"/>
    <w:rsid w:val="008F6DBC"/>
    <w:rsid w:val="009D2D73"/>
    <w:rsid w:val="00A17758"/>
    <w:rsid w:val="00AA1D8D"/>
    <w:rsid w:val="00B47730"/>
    <w:rsid w:val="00CB0664"/>
    <w:rsid w:val="00E247AB"/>
    <w:rsid w:val="00E93F04"/>
    <w:rsid w:val="00EE1A87"/>
    <w:rsid w:val="00F96B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0094C"/>
  <w14:defaultImageDpi w14:val="300"/>
  <w15:docId w15:val="{D87AE9CA-8414-427F-BC76-4C9E776F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 xmlns="8739e3cb-f8b1-4927-b068-d578690a2131" xsi:nil="true"/>
    <lcf76f155ced4ddcb4097134ff3c332f xmlns="8739e3cb-f8b1-4927-b068-d578690a2131">
      <Terms xmlns="http://schemas.microsoft.com/office/infopath/2007/PartnerControls"/>
    </lcf76f155ced4ddcb4097134ff3c332f>
    <TaxCatchAll xmlns="9fdaffe5-7f7e-4e47-8f58-eb301e3f0100" xsi:nil="true"/>
    <Date xmlns="8739e3cb-f8b1-4927-b068-d578690a21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05A8BCF032EF4898A0DF1D5AF85A6F" ma:contentTypeVersion="21" ma:contentTypeDescription="Crear nuevo documento." ma:contentTypeScope="" ma:versionID="b97e7b3794f1d6e844005f5b7f7ad34b">
  <xsd:schema xmlns:xsd="http://www.w3.org/2001/XMLSchema" xmlns:xs="http://www.w3.org/2001/XMLSchema" xmlns:p="http://schemas.microsoft.com/office/2006/metadata/properties" xmlns:ns2="8739e3cb-f8b1-4927-b068-d578690a2131" xmlns:ns3="9fdaffe5-7f7e-4e47-8f58-eb301e3f0100" targetNamespace="http://schemas.microsoft.com/office/2006/metadata/properties" ma:root="true" ma:fieldsID="c076ccda2814b26d3db809731117a8a8" ns2:_="" ns3:_="">
    <xsd:import namespace="8739e3cb-f8b1-4927-b068-d578690a2131"/>
    <xsd:import namespace="9fdaffe5-7f7e-4e47-8f58-eb301e3f01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SearchProperties" minOccurs="0"/>
                <xsd:element ref="ns2:MediaServiceObjectDetectorVersion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9e3cb-f8b1-4927-b068-d578690a2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a8950d7f-20b7-4c80-b6ea-019fd871a4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x0031_" ma:index="26" nillable="true" ma:displayName="1" ma:format="DateOnly" ma:internalName="_x0031_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affe5-7f7e-4e47-8f58-eb301e3f01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01e72c1-ee62-442e-aeab-3d24917e2ea4}" ma:internalName="TaxCatchAll" ma:showField="CatchAllData" ma:web="9fdaffe5-7f7e-4e47-8f58-eb301e3f01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8C14BC-51BC-4BF2-A83C-FE9DC2CC4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0F4C38-5464-402C-928E-BC30ADA11001}">
  <ds:schemaRefs>
    <ds:schemaRef ds:uri="http://schemas.microsoft.com/office/2006/metadata/properties"/>
    <ds:schemaRef ds:uri="http://schemas.microsoft.com/office/infopath/2007/PartnerControls"/>
    <ds:schemaRef ds:uri="8739e3cb-f8b1-4927-b068-d578690a2131"/>
    <ds:schemaRef ds:uri="9fdaffe5-7f7e-4e47-8f58-eb301e3f0100"/>
  </ds:schemaRefs>
</ds:datastoreItem>
</file>

<file path=customXml/itemProps3.xml><?xml version="1.0" encoding="utf-8"?>
<ds:datastoreItem xmlns:ds="http://schemas.openxmlformats.org/officeDocument/2006/customXml" ds:itemID="{0E3FD3A5-F546-47D7-8277-D9EA21EAF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9e3cb-f8b1-4927-b068-d578690a2131"/>
    <ds:schemaRef ds:uri="9fdaffe5-7f7e-4e47-8f58-eb301e3f01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307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Alejandra Araya Perez</cp:lastModifiedBy>
  <cp:revision>6</cp:revision>
  <dcterms:created xsi:type="dcterms:W3CDTF">2026-03-05T12:50:00Z</dcterms:created>
  <dcterms:modified xsi:type="dcterms:W3CDTF">2026-09-28T18:01:00Z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0x010100C605A8BCF032EF4898A0DF1D5AF85A6F</vt:lpwstr>
  </property>
  <property fmtid="{D5CDD505-2E9C-101B-9397-08002B2CF9AE}" pid="3" name="MediaServiceImageTags">
    <vt:lpwstr/>
  </property>
</Properties>
</file>